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C3383" w14:textId="77777777" w:rsidR="008B76E6" w:rsidRDefault="008B76E6">
      <w:pPr>
        <w:jc w:val="center"/>
        <w:rPr>
          <w:b/>
          <w:sz w:val="32"/>
        </w:rPr>
      </w:pPr>
    </w:p>
    <w:p w14:paraId="7BD6B3D4" w14:textId="3477E07F" w:rsidR="00A360F4" w:rsidRDefault="00000000">
      <w:pPr>
        <w:jc w:val="center"/>
      </w:pPr>
      <w:r>
        <w:rPr>
          <w:b/>
          <w:sz w:val="32"/>
        </w:rPr>
        <w:t>KARTA ZGŁOSZENIA</w:t>
      </w:r>
    </w:p>
    <w:p w14:paraId="76BDC300" w14:textId="77777777" w:rsidR="00A360F4" w:rsidRDefault="00000000">
      <w:pPr>
        <w:jc w:val="center"/>
      </w:pPr>
      <w:r>
        <w:rPr>
          <w:b/>
          <w:sz w:val="24"/>
        </w:rPr>
        <w:t>Konkurs świąteczny „Bombka inna niż wszystkie”</w:t>
      </w:r>
    </w:p>
    <w:p w14:paraId="68EEC1EC" w14:textId="77777777" w:rsidR="00A360F4" w:rsidRDefault="00000000">
      <w:pPr>
        <w:jc w:val="center"/>
      </w:pPr>
      <w:r>
        <w:t>Organizator: Miejsko-Gminny Ośrodek Kultury w Piwnicznej-Zdroju</w:t>
      </w:r>
    </w:p>
    <w:p w14:paraId="2A925C5E" w14:textId="77777777" w:rsidR="00A360F4" w:rsidRDefault="00A360F4"/>
    <w:p w14:paraId="4BEE4FA0" w14:textId="77777777" w:rsidR="00A360F4" w:rsidRDefault="00000000">
      <w:r>
        <w:rPr>
          <w:b/>
        </w:rPr>
        <w:t>1. Kategoria konkursowa (zaznaczyć właściwą):</w:t>
      </w:r>
    </w:p>
    <w:p w14:paraId="10717FED" w14:textId="77777777" w:rsidR="00A360F4" w:rsidRDefault="00000000">
      <w:r>
        <w:t>☐ Kategoria I – uczniowie klas I–IV szkoły podstawowej</w:t>
      </w:r>
    </w:p>
    <w:p w14:paraId="6D454F8E" w14:textId="77777777" w:rsidR="00A360F4" w:rsidRDefault="00000000">
      <w:r>
        <w:t>☐ Kategoria II – uczniowie klas V–VIII szkoły podstawowej</w:t>
      </w:r>
    </w:p>
    <w:p w14:paraId="1709FE17" w14:textId="77777777" w:rsidR="00A360F4" w:rsidRDefault="00000000">
      <w:r>
        <w:t>☐ Kategoria III – praca rodzinna</w:t>
      </w:r>
    </w:p>
    <w:p w14:paraId="75656370" w14:textId="77777777" w:rsidR="00A360F4" w:rsidRDefault="00000000">
      <w:r>
        <w:rPr>
          <w:b/>
        </w:rPr>
        <w:t>2. Dane uczestnika / rodziny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649"/>
        <w:gridCol w:w="4649"/>
      </w:tblGrid>
      <w:tr w:rsidR="00A360F4" w14:paraId="489867CB" w14:textId="77777777">
        <w:trPr>
          <w:jc w:val="center"/>
        </w:trPr>
        <w:tc>
          <w:tcPr>
            <w:tcW w:w="4649" w:type="dxa"/>
            <w:shd w:val="clear" w:color="auto" w:fill="F0F0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A4AA89" w14:textId="3A33A8FE" w:rsidR="00A360F4" w:rsidRDefault="00000000">
            <w:r>
              <w:rPr>
                <w:b/>
              </w:rPr>
              <w:t xml:space="preserve">Imię i </w:t>
            </w:r>
            <w:proofErr w:type="spellStart"/>
            <w:r>
              <w:rPr>
                <w:b/>
              </w:rPr>
              <w:t>nazwisko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uczestnika</w:t>
            </w:r>
            <w:proofErr w:type="spellEnd"/>
            <w:r>
              <w:rPr>
                <w:b/>
              </w:rPr>
              <w:t xml:space="preserve"> / </w:t>
            </w:r>
            <w:proofErr w:type="spellStart"/>
            <w:r>
              <w:rPr>
                <w:b/>
              </w:rPr>
              <w:t>rodziny</w:t>
            </w:r>
            <w:proofErr w:type="spellEnd"/>
          </w:p>
        </w:tc>
        <w:tc>
          <w:tcPr>
            <w:tcW w:w="464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2F2482" w14:textId="77777777" w:rsidR="00A360F4" w:rsidRDefault="00000000">
            <w:r>
              <w:br/>
            </w:r>
          </w:p>
        </w:tc>
      </w:tr>
      <w:tr w:rsidR="00A360F4" w14:paraId="002E3D7D" w14:textId="77777777">
        <w:trPr>
          <w:jc w:val="center"/>
        </w:trPr>
        <w:tc>
          <w:tcPr>
            <w:tcW w:w="4649" w:type="dxa"/>
            <w:shd w:val="clear" w:color="auto" w:fill="F0F0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9D2A50C" w14:textId="77777777" w:rsidR="00A360F4" w:rsidRDefault="00000000">
            <w:r>
              <w:rPr>
                <w:b/>
              </w:rPr>
              <w:t>Klasa (dotyczy kategorii I i II)</w:t>
            </w:r>
          </w:p>
        </w:tc>
        <w:tc>
          <w:tcPr>
            <w:tcW w:w="464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129015" w14:textId="77777777" w:rsidR="00A360F4" w:rsidRDefault="00000000">
            <w:r>
              <w:br/>
            </w:r>
          </w:p>
        </w:tc>
      </w:tr>
      <w:tr w:rsidR="00A360F4" w14:paraId="0D8766A9" w14:textId="77777777">
        <w:trPr>
          <w:jc w:val="center"/>
        </w:trPr>
        <w:tc>
          <w:tcPr>
            <w:tcW w:w="4649" w:type="dxa"/>
            <w:shd w:val="clear" w:color="auto" w:fill="F0F0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8F99F4F" w14:textId="77777777" w:rsidR="00A360F4" w:rsidRDefault="00000000">
            <w:r>
              <w:rPr>
                <w:b/>
              </w:rPr>
              <w:t>Imię i nazwisko rodzica/opiekuna (jeśli uczestnik jest niepełnoletni)</w:t>
            </w:r>
          </w:p>
        </w:tc>
        <w:tc>
          <w:tcPr>
            <w:tcW w:w="464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614455" w14:textId="77777777" w:rsidR="00A360F4" w:rsidRDefault="00000000">
            <w:r>
              <w:br/>
            </w:r>
          </w:p>
        </w:tc>
      </w:tr>
      <w:tr w:rsidR="00A360F4" w14:paraId="32D32EE0" w14:textId="77777777">
        <w:trPr>
          <w:jc w:val="center"/>
        </w:trPr>
        <w:tc>
          <w:tcPr>
            <w:tcW w:w="4649" w:type="dxa"/>
            <w:shd w:val="clear" w:color="auto" w:fill="F0F0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7A1A6B" w14:textId="77777777" w:rsidR="00A360F4" w:rsidRDefault="00000000">
            <w:r>
              <w:rPr>
                <w:b/>
              </w:rPr>
              <w:t>Telefon lub e-mail kontaktowy</w:t>
            </w:r>
          </w:p>
        </w:tc>
        <w:tc>
          <w:tcPr>
            <w:tcW w:w="464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54371D" w14:textId="77777777" w:rsidR="00A360F4" w:rsidRDefault="00000000">
            <w:r>
              <w:br/>
            </w:r>
          </w:p>
        </w:tc>
      </w:tr>
    </w:tbl>
    <w:p w14:paraId="768ECD73" w14:textId="77777777" w:rsidR="00A360F4" w:rsidRDefault="00A360F4"/>
    <w:p w14:paraId="5F6CB115" w14:textId="77777777" w:rsidR="00A360F4" w:rsidRDefault="00000000">
      <w:r>
        <w:rPr>
          <w:b/>
        </w:rPr>
        <w:t>3. Oświadczenia</w:t>
      </w:r>
    </w:p>
    <w:p w14:paraId="67D259A7" w14:textId="77777777" w:rsidR="00A360F4" w:rsidRDefault="00000000">
      <w:r>
        <w:t>☐ Oświadczam, że praca została wykonana zgodnie z zasadami regulaminu konkursu.</w:t>
      </w:r>
    </w:p>
    <w:p w14:paraId="14659DA2" w14:textId="6AE6E213" w:rsidR="00A360F4" w:rsidRDefault="00000000">
      <w:r>
        <w:t xml:space="preserve">☐ Potwierdzam zapoznanie się z regulaminem </w:t>
      </w:r>
      <w:proofErr w:type="spellStart"/>
      <w:r>
        <w:t>konkursu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jego</w:t>
      </w:r>
      <w:proofErr w:type="spellEnd"/>
      <w:r>
        <w:t xml:space="preserve"> </w:t>
      </w:r>
      <w:proofErr w:type="spellStart"/>
      <w:r>
        <w:t>akceptację</w:t>
      </w:r>
      <w:proofErr w:type="spellEnd"/>
      <w:r>
        <w:t>.</w:t>
      </w:r>
    </w:p>
    <w:p w14:paraId="4BAE8A0B" w14:textId="77777777" w:rsidR="008B76E6" w:rsidRDefault="008B76E6"/>
    <w:p w14:paraId="51F59A68" w14:textId="77777777" w:rsidR="008B76E6" w:rsidRDefault="008B76E6"/>
    <w:p w14:paraId="42D0B307" w14:textId="77777777" w:rsidR="008B76E6" w:rsidRDefault="00000000">
      <w:r>
        <w:rPr>
          <w:b/>
        </w:rPr>
        <w:t xml:space="preserve">Data: </w:t>
      </w:r>
      <w:r>
        <w:t xml:space="preserve">........................................    </w:t>
      </w:r>
    </w:p>
    <w:p w14:paraId="195D159D" w14:textId="0011585F" w:rsidR="00A360F4" w:rsidRDefault="00000000">
      <w:proofErr w:type="spellStart"/>
      <w:r>
        <w:rPr>
          <w:b/>
        </w:rPr>
        <w:t>Podpis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uczestnika</w:t>
      </w:r>
      <w:proofErr w:type="spellEnd"/>
      <w:r>
        <w:rPr>
          <w:b/>
        </w:rPr>
        <w:t xml:space="preserve"> / </w:t>
      </w:r>
      <w:proofErr w:type="spellStart"/>
      <w:r>
        <w:rPr>
          <w:b/>
        </w:rPr>
        <w:t>rodzica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lub</w:t>
      </w:r>
      <w:proofErr w:type="spellEnd"/>
      <w:r>
        <w:rPr>
          <w:b/>
        </w:rPr>
        <w:t xml:space="preserve"> opiekuna prawnego: </w:t>
      </w:r>
      <w:r>
        <w:t>................................................</w:t>
      </w:r>
      <w:r w:rsidR="008B76E6">
        <w:t>.......................................</w:t>
      </w:r>
    </w:p>
    <w:p w14:paraId="2312DFA2" w14:textId="77777777" w:rsidR="00A360F4" w:rsidRDefault="00A360F4"/>
    <w:p w14:paraId="261A1B27" w14:textId="77777777" w:rsidR="00A360F4" w:rsidRDefault="00000000">
      <w:r>
        <w:rPr>
          <w:b/>
        </w:rPr>
        <w:t xml:space="preserve">Informacja o danych osobowych: </w:t>
      </w:r>
      <w:r>
        <w:t>Dane podane w karcie będą wykorzystywane przez organizatora w zakresie niezbędnym do organizacji, przeprowadzenia i rozstrzygnięcia konkursu. Szczegółowe informacje dotyczące przetwarzania danych osobowych organizator udostępnia w odrębnej klauzuli informacyjnej.</w:t>
      </w:r>
    </w:p>
    <w:sectPr w:rsidR="00A360F4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3908708">
    <w:abstractNumId w:val="8"/>
  </w:num>
  <w:num w:numId="2" w16cid:durableId="1573420592">
    <w:abstractNumId w:val="6"/>
  </w:num>
  <w:num w:numId="3" w16cid:durableId="694111551">
    <w:abstractNumId w:val="5"/>
  </w:num>
  <w:num w:numId="4" w16cid:durableId="68626676">
    <w:abstractNumId w:val="4"/>
  </w:num>
  <w:num w:numId="5" w16cid:durableId="529296749">
    <w:abstractNumId w:val="7"/>
  </w:num>
  <w:num w:numId="6" w16cid:durableId="259684531">
    <w:abstractNumId w:val="3"/>
  </w:num>
  <w:num w:numId="7" w16cid:durableId="677195397">
    <w:abstractNumId w:val="2"/>
  </w:num>
  <w:num w:numId="8" w16cid:durableId="1755201791">
    <w:abstractNumId w:val="1"/>
  </w:num>
  <w:num w:numId="9" w16cid:durableId="446241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0410"/>
    <w:rsid w:val="00326F90"/>
    <w:rsid w:val="008B76E6"/>
    <w:rsid w:val="00A360F4"/>
    <w:rsid w:val="00AA1D8D"/>
    <w:rsid w:val="00B47730"/>
    <w:rsid w:val="00CB0664"/>
    <w:rsid w:val="00D0409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9E2235"/>
  <w14:defaultImageDpi w14:val="300"/>
  <w15:docId w15:val="{FE76004B-DBE2-41D8-A08A-D143F036F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eastAsia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karolina maślanka</cp:lastModifiedBy>
  <cp:revision>2</cp:revision>
  <dcterms:created xsi:type="dcterms:W3CDTF">2026-10-19T07:08:00Z</dcterms:created>
  <dcterms:modified xsi:type="dcterms:W3CDTF">2026-10-19T07:08:00Z</dcterms:modified>
  <cp:category/>
</cp:coreProperties>
</file>